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2AE76" w14:textId="77777777" w:rsidR="004C26FE" w:rsidRDefault="003B3EE9">
      <w:pPr>
        <w:pStyle w:val="Title"/>
        <w:jc w:val="center"/>
      </w:pPr>
      <w:commentRangeStart w:id="0"/>
      <w:commentRangeStart w:id="1"/>
      <w:r>
        <w:t>Montana Medicaid Member Webpage FAQ</w:t>
      </w:r>
    </w:p>
    <w:p w14:paraId="237BCD05" w14:textId="77777777" w:rsidR="004C26FE" w:rsidRDefault="003B3EE9">
      <w:pPr>
        <w:jc w:val="center"/>
      </w:pPr>
      <w:r>
        <w:rPr>
          <w:b/>
          <w:color w:val="595959"/>
        </w:rPr>
        <w:t>For State Review and Approval</w:t>
      </w:r>
    </w:p>
    <w:p w14:paraId="5F74FEDF" w14:textId="77777777" w:rsidR="004C26FE" w:rsidRDefault="003B3EE9">
      <w:pPr>
        <w:pStyle w:val="Heading1"/>
      </w:pPr>
      <w:r>
        <w:t>Member Webpage Opening Paragraph</w:t>
      </w:r>
    </w:p>
    <w:p w14:paraId="4C5CF579" w14:textId="77777777" w:rsidR="002E66A4" w:rsidRPr="002E66A4" w:rsidRDefault="002E66A4" w:rsidP="002E66A4">
      <w:pPr>
        <w:rPr>
          <w:b/>
          <w:bCs/>
        </w:rPr>
      </w:pPr>
      <w:r w:rsidRPr="002E66A4">
        <w:rPr>
          <w:b/>
          <w:bCs/>
        </w:rPr>
        <w:t>Serving Montana Medicaid Members</w:t>
      </w:r>
    </w:p>
    <w:p w14:paraId="25420B8F" w14:textId="302C22D5" w:rsidR="002E66A4" w:rsidRPr="002E66A4" w:rsidRDefault="002E66A4" w:rsidP="002E66A4">
      <w:r w:rsidRPr="002E66A4">
        <w:t>Welcome to the Modivcare website for Montana</w:t>
      </w:r>
      <w:r w:rsidR="00376BFE">
        <w:t xml:space="preserve"> Medicaid members</w:t>
      </w:r>
      <w:r w:rsidRPr="002E66A4">
        <w:t xml:space="preserve">. This site provides information, forms, and resources to help </w:t>
      </w:r>
      <w:r w:rsidR="00376BFE">
        <w:t>members</w:t>
      </w:r>
      <w:r w:rsidRPr="002E66A4">
        <w:t xml:space="preserve"> with </w:t>
      </w:r>
      <w:r w:rsidR="00376BFE">
        <w:t>their</w:t>
      </w:r>
      <w:r w:rsidRPr="002E66A4">
        <w:t xml:space="preserve"> transportation needs.</w:t>
      </w:r>
    </w:p>
    <w:p w14:paraId="42AA2182" w14:textId="48FECF80" w:rsidR="002E66A4" w:rsidRPr="002E66A4" w:rsidRDefault="002E66A4" w:rsidP="002E66A4">
      <w:r w:rsidRPr="002E66A4">
        <w:t xml:space="preserve">Starting September 1, 2026, Montana Medicaid members can contact Modivcare to schedule transportation for rides on or after October 1, 2026. If </w:t>
      </w:r>
      <w:r w:rsidR="00376BFE">
        <w:t>a member</w:t>
      </w:r>
      <w:r w:rsidRPr="002E66A4">
        <w:t xml:space="preserve">, a family member, friend, or representative can drive, </w:t>
      </w:r>
      <w:r w:rsidR="00F61EF5">
        <w:t>those services</w:t>
      </w:r>
      <w:r w:rsidRPr="002E66A4">
        <w:t xml:space="preserve"> may be eligible for gas mileage reimbursement. If another type of transportation is needed, Modivcare can help arrange the appropriate ride based on </w:t>
      </w:r>
      <w:r w:rsidR="00F61EF5">
        <w:t>the member’s</w:t>
      </w:r>
      <w:r w:rsidRPr="002E66A4">
        <w:t xml:space="preserve"> needs.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4C26FE" w14:paraId="3C8C0871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4107A5" w14:textId="3E4FE419" w:rsidR="004C26FE" w:rsidRDefault="003B3EE9">
            <w:r>
              <w:rPr>
                <w:b/>
                <w:color w:val="1F4E79"/>
              </w:rPr>
              <w:t>Member Reservations and Ride Assist: (800) 292-7114</w:t>
            </w:r>
          </w:p>
          <w:p w14:paraId="03CF235B" w14:textId="77777777" w:rsidR="004C26FE" w:rsidRDefault="003B3EE9">
            <w:pPr>
              <w:spacing w:after="0"/>
            </w:pPr>
            <w:r>
              <w:t>Members should use this line to schedule transportation or for help with an existing ride.</w:t>
            </w:r>
          </w:p>
        </w:tc>
      </w:tr>
    </w:tbl>
    <w:p w14:paraId="632C9B3C" w14:textId="77777777" w:rsidR="004C26FE" w:rsidRDefault="003B3EE9">
      <w:pPr>
        <w:pStyle w:val="Heading1"/>
      </w:pPr>
      <w:r>
        <w:t>Frequently Asked Questions</w:t>
      </w:r>
    </w:p>
    <w:p w14:paraId="414C31E0" w14:textId="77777777" w:rsidR="004C26FE" w:rsidRDefault="003B3EE9">
      <w:pPr>
        <w:pStyle w:val="Heading2"/>
        <w:spacing w:before="160" w:after="40"/>
      </w:pPr>
      <w:r>
        <w:t>When can I start scheduling rides with Modivcare?</w:t>
      </w:r>
    </w:p>
    <w:p w14:paraId="2322397D" w14:textId="77777777" w:rsidR="004C26FE" w:rsidRDefault="003B3EE9">
      <w:pPr>
        <w:spacing w:after="80"/>
      </w:pPr>
      <w:r>
        <w:t>Starting September 1, 2026, Montana Medicaid members can contact Modivcare to schedule rides for travel on or after October 1, 2026.</w:t>
      </w:r>
    </w:p>
    <w:p w14:paraId="363FB052" w14:textId="77777777" w:rsidR="00B216C6" w:rsidRDefault="00B216C6">
      <w:pPr>
        <w:spacing w:after="80"/>
        <w:rPr>
          <w:rFonts w:asciiTheme="majorHAnsi" w:eastAsiaTheme="majorEastAsia" w:hAnsiTheme="majorHAnsi" w:cstheme="majorBidi"/>
          <w:b/>
          <w:bCs/>
          <w:color w:val="1F4E79"/>
          <w:sz w:val="23"/>
          <w:szCs w:val="26"/>
        </w:rPr>
      </w:pPr>
      <w:r w:rsidRPr="00B216C6">
        <w:rPr>
          <w:rFonts w:asciiTheme="majorHAnsi" w:eastAsiaTheme="majorEastAsia" w:hAnsiTheme="majorHAnsi" w:cstheme="majorBidi"/>
          <w:b/>
          <w:bCs/>
          <w:color w:val="1F4E79"/>
          <w:sz w:val="23"/>
          <w:szCs w:val="26"/>
        </w:rPr>
        <w:t>How much notice do I need to schedule a routine ride?</w:t>
      </w:r>
    </w:p>
    <w:p w14:paraId="05E95334" w14:textId="16ADCBD5" w:rsidR="004C26FE" w:rsidRDefault="009615E6">
      <w:pPr>
        <w:spacing w:after="80"/>
      </w:pPr>
      <w:r>
        <w:t>Rou</w:t>
      </w:r>
      <w:r w:rsidR="00D1408F">
        <w:t xml:space="preserve">tine trips need to be </w:t>
      </w:r>
      <w:r w:rsidR="00F16712">
        <w:t>scheduled</w:t>
      </w:r>
      <w:r w:rsidR="003B3EE9">
        <w:t xml:space="preserve"> at least 3 business days before </w:t>
      </w:r>
      <w:r w:rsidR="00D331CF">
        <w:t>the scheduled</w:t>
      </w:r>
      <w:r w:rsidR="003B3EE9">
        <w:t xml:space="preserve"> appointment. If you have an urgent transportation need that cannot be scheduled in advance, call Modivcare for help.</w:t>
      </w:r>
    </w:p>
    <w:p w14:paraId="6329A045" w14:textId="77777777" w:rsidR="004C26FE" w:rsidRDefault="003B3EE9">
      <w:pPr>
        <w:pStyle w:val="Heading2"/>
        <w:spacing w:before="160" w:after="40"/>
      </w:pPr>
      <w:r>
        <w:t>What information do I need when I schedule a ride?</w:t>
      </w:r>
    </w:p>
    <w:p w14:paraId="4EF6619D" w14:textId="247168A5" w:rsidR="004C26FE" w:rsidRDefault="007E755D">
      <w:pPr>
        <w:pStyle w:val="ListBullet"/>
        <w:spacing w:after="30"/>
        <w:ind w:hanging="216"/>
      </w:pPr>
      <w:r>
        <w:t>The member’s</w:t>
      </w:r>
      <w:r w:rsidR="003B3EE9">
        <w:t xml:space="preserve"> Montana Medicaid member ID</w:t>
      </w:r>
    </w:p>
    <w:p w14:paraId="5D0BA91D" w14:textId="2DC8599C" w:rsidR="004C26FE" w:rsidRDefault="007E755D">
      <w:pPr>
        <w:pStyle w:val="ListBullet"/>
        <w:spacing w:after="30"/>
        <w:ind w:hanging="216"/>
      </w:pPr>
      <w:r>
        <w:t>The member’s</w:t>
      </w:r>
      <w:r w:rsidR="003B3EE9">
        <w:t xml:space="preserve"> name, date of birth, and phone number</w:t>
      </w:r>
    </w:p>
    <w:p w14:paraId="236398A6" w14:textId="7A227D13" w:rsidR="004C26FE" w:rsidRDefault="003B3EE9">
      <w:pPr>
        <w:pStyle w:val="ListBullet"/>
        <w:spacing w:after="30"/>
        <w:ind w:hanging="216"/>
      </w:pPr>
      <w:r>
        <w:t xml:space="preserve">The date and time of </w:t>
      </w:r>
      <w:r w:rsidR="007E755D">
        <w:t>the member’s</w:t>
      </w:r>
      <w:r>
        <w:t xml:space="preserve"> appointment</w:t>
      </w:r>
    </w:p>
    <w:p w14:paraId="3EE3ED59" w14:textId="68FE30A0" w:rsidR="004C26FE" w:rsidRDefault="003B3EE9">
      <w:pPr>
        <w:pStyle w:val="ListBullet"/>
        <w:spacing w:after="30"/>
        <w:ind w:hanging="216"/>
      </w:pPr>
      <w:r>
        <w:t xml:space="preserve">The name and address of </w:t>
      </w:r>
      <w:r w:rsidR="007E755D">
        <w:t>the</w:t>
      </w:r>
      <w:r>
        <w:t xml:space="preserve"> medical provider</w:t>
      </w:r>
    </w:p>
    <w:p w14:paraId="49154F64" w14:textId="7A9C4F46" w:rsidR="004C26FE" w:rsidRDefault="00B42BFB">
      <w:pPr>
        <w:pStyle w:val="ListBullet"/>
        <w:spacing w:after="30"/>
        <w:ind w:hanging="216"/>
      </w:pPr>
      <w:r>
        <w:t>The member’s</w:t>
      </w:r>
      <w:r w:rsidR="003B3EE9">
        <w:t xml:space="preserve"> pickup address</w:t>
      </w:r>
    </w:p>
    <w:p w14:paraId="519383EC" w14:textId="599A38DF" w:rsidR="004C26FE" w:rsidRDefault="003B3EE9">
      <w:pPr>
        <w:pStyle w:val="ListBullet"/>
        <w:spacing w:after="30"/>
        <w:ind w:hanging="216"/>
      </w:pPr>
      <w:r>
        <w:t xml:space="preserve">Whether </w:t>
      </w:r>
      <w:r w:rsidR="00B42BFB">
        <w:t>the member</w:t>
      </w:r>
      <w:r>
        <w:t xml:space="preserve"> need</w:t>
      </w:r>
      <w:r w:rsidR="00B42BFB">
        <w:t>s</w:t>
      </w:r>
      <w:r>
        <w:t xml:space="preserve"> a one-way or round trip</w:t>
      </w:r>
      <w:r w:rsidR="00B42BFB">
        <w:t xml:space="preserve"> ride</w:t>
      </w:r>
    </w:p>
    <w:p w14:paraId="2338D159" w14:textId="77777777" w:rsidR="004C26FE" w:rsidRDefault="003B3EE9">
      <w:pPr>
        <w:pStyle w:val="ListBullet"/>
        <w:spacing w:after="30"/>
        <w:ind w:hanging="216"/>
      </w:pPr>
      <w:r>
        <w:t>Information about any mobility or transportation needs, such as use of a wheelchair</w:t>
      </w:r>
    </w:p>
    <w:p w14:paraId="55C40A4A" w14:textId="77777777" w:rsidR="004C26FE" w:rsidRDefault="003B3EE9">
      <w:pPr>
        <w:pStyle w:val="Heading2"/>
        <w:spacing w:before="160" w:after="40"/>
      </w:pPr>
      <w:r>
        <w:t>Who can schedule a ride?</w:t>
      </w:r>
    </w:p>
    <w:p w14:paraId="5CCB933F" w14:textId="5AEEB5E9" w:rsidR="004C26FE" w:rsidRDefault="00D331CF">
      <w:pPr>
        <w:spacing w:after="80"/>
      </w:pPr>
      <w:r>
        <w:t>Members</w:t>
      </w:r>
      <w:r w:rsidR="003B3EE9">
        <w:t xml:space="preserve">, a family member, caregiver, representative, or </w:t>
      </w:r>
      <w:r>
        <w:t>the</w:t>
      </w:r>
      <w:r w:rsidR="003B3EE9">
        <w:t xml:space="preserve"> medical provider's office can contact Modivcare to schedule transportation.</w:t>
      </w:r>
    </w:p>
    <w:p w14:paraId="08DCB3FA" w14:textId="77777777" w:rsidR="004C26FE" w:rsidRDefault="003B3EE9">
      <w:pPr>
        <w:pStyle w:val="Heading2"/>
        <w:spacing w:before="160" w:after="40"/>
      </w:pPr>
      <w:r>
        <w:t>Where can I go?</w:t>
      </w:r>
    </w:p>
    <w:p w14:paraId="15F13A5E" w14:textId="3AE03BF7" w:rsidR="004C26FE" w:rsidRDefault="00D331CF">
      <w:pPr>
        <w:spacing w:after="80"/>
      </w:pPr>
      <w:r>
        <w:t>Members</w:t>
      </w:r>
      <w:r w:rsidR="003B3EE9">
        <w:t xml:space="preserve"> can use Modivcare transportation to get to and from </w:t>
      </w:r>
      <w:r>
        <w:t xml:space="preserve">Montana Medicaid </w:t>
      </w:r>
      <w:r w:rsidR="003B3EE9">
        <w:t xml:space="preserve">covered services. Modivcare will ask questions about </w:t>
      </w:r>
      <w:r>
        <w:t>the</w:t>
      </w:r>
      <w:r w:rsidR="003B3EE9">
        <w:t xml:space="preserve"> trip and transportation needs when </w:t>
      </w:r>
      <w:r w:rsidR="003F0B70">
        <w:t>it’s</w:t>
      </w:r>
      <w:r w:rsidR="003B3EE9">
        <w:t xml:space="preserve"> schedule</w:t>
      </w:r>
      <w:r w:rsidR="003F0B70">
        <w:t>d</w:t>
      </w:r>
      <w:r w:rsidR="003B3EE9">
        <w:t>.</w:t>
      </w:r>
      <w:commentRangeEnd w:id="0"/>
      <w:r w:rsidR="009C0221">
        <w:rPr>
          <w:rStyle w:val="CommentReference"/>
          <w:sz w:val="21"/>
          <w:szCs w:val="22"/>
        </w:rPr>
        <w:commentReference w:id="0"/>
      </w:r>
      <w:commentRangeEnd w:id="1"/>
      <w:r w:rsidR="00055EEF">
        <w:rPr>
          <w:rStyle w:val="CommentReference"/>
          <w:sz w:val="21"/>
          <w:szCs w:val="22"/>
        </w:rPr>
        <w:commentReference w:id="1"/>
      </w:r>
    </w:p>
    <w:p w14:paraId="6258D2A2" w14:textId="77777777" w:rsidR="004C26FE" w:rsidRDefault="003B3EE9">
      <w:pPr>
        <w:pStyle w:val="Heading2"/>
        <w:spacing w:before="160" w:after="40"/>
      </w:pPr>
      <w:r>
        <w:t>How does Modivcare determine what type of transportation I receive?</w:t>
      </w:r>
    </w:p>
    <w:p w14:paraId="04956A52" w14:textId="2A5874FE" w:rsidR="004C26FE" w:rsidRDefault="003B3EE9">
      <w:pPr>
        <w:spacing w:after="80"/>
      </w:pPr>
      <w:r>
        <w:t xml:space="preserve">Modivcare will ask questions about </w:t>
      </w:r>
      <w:r w:rsidR="00A37484">
        <w:t>the member’s</w:t>
      </w:r>
      <w:r>
        <w:t xml:space="preserve"> needs and arrange the appropriate type of transportation. The type of ride provided is based on </w:t>
      </w:r>
      <w:r w:rsidR="00A37484">
        <w:t>the member’s</w:t>
      </w:r>
      <w:r>
        <w:t xml:space="preserve"> transportation needs and program requirements.</w:t>
      </w:r>
    </w:p>
    <w:p w14:paraId="731C7A9E" w14:textId="77777777" w:rsidR="004C26FE" w:rsidRDefault="003B3EE9">
      <w:pPr>
        <w:pStyle w:val="Heading2"/>
        <w:spacing w:before="160" w:after="40"/>
      </w:pPr>
      <w:commentRangeStart w:id="2"/>
      <w:commentRangeStart w:id="3"/>
      <w:r>
        <w:lastRenderedPageBreak/>
        <w:t>Is there a distance limit?</w:t>
      </w:r>
    </w:p>
    <w:p w14:paraId="2698ED65" w14:textId="77777777" w:rsidR="004C26FE" w:rsidRDefault="003B3EE9">
      <w:pPr>
        <w:spacing w:after="80"/>
      </w:pPr>
      <w:r>
        <w:t>Members are expected to visit providers closest to them. Some trips may need more review. Call Modivcare at (800) 292-7114 if you have questions about your trip.</w:t>
      </w:r>
      <w:commentRangeEnd w:id="2"/>
      <w:r w:rsidR="009436F3">
        <w:rPr>
          <w:rStyle w:val="CommentReference"/>
          <w:sz w:val="21"/>
          <w:szCs w:val="22"/>
        </w:rPr>
        <w:commentReference w:id="2"/>
      </w:r>
      <w:commentRangeEnd w:id="3"/>
      <w:r w:rsidR="00C47DEE">
        <w:rPr>
          <w:rStyle w:val="CommentReference"/>
          <w:sz w:val="21"/>
          <w:szCs w:val="22"/>
        </w:rPr>
        <w:commentReference w:id="3"/>
      </w:r>
    </w:p>
    <w:p w14:paraId="53D8080B" w14:textId="77777777" w:rsidR="004C26FE" w:rsidRDefault="003B3EE9">
      <w:pPr>
        <w:pStyle w:val="Heading2"/>
        <w:spacing w:before="160" w:after="40"/>
      </w:pPr>
      <w:r>
        <w:t>Can I get reimbursed if I drive myself or someone I know drives me?</w:t>
      </w:r>
    </w:p>
    <w:p w14:paraId="21B96B5C" w14:textId="2C618AAC" w:rsidR="004C26FE" w:rsidRDefault="003B3EE9">
      <w:pPr>
        <w:spacing w:after="80"/>
      </w:pPr>
      <w:r>
        <w:t xml:space="preserve">Yes. If </w:t>
      </w:r>
      <w:r w:rsidR="00061C12">
        <w:t>a member</w:t>
      </w:r>
      <w:r>
        <w:t xml:space="preserve">, a family member, friend, or representative can provide the ride, </w:t>
      </w:r>
      <w:r w:rsidR="00BE7EB1">
        <w:t>they</w:t>
      </w:r>
      <w:r>
        <w:t xml:space="preserve"> may be eligible for gas mileage reimbursement. Call Modivcare at (800) 292-7114 to get started.</w:t>
      </w:r>
    </w:p>
    <w:p w14:paraId="61586856" w14:textId="77777777" w:rsidR="004C26FE" w:rsidRDefault="003B3EE9">
      <w:pPr>
        <w:pStyle w:val="Heading2"/>
        <w:spacing w:before="160" w:after="40"/>
      </w:pPr>
      <w:r>
        <w:t>How do I submit gas mileage reimbursement?</w:t>
      </w:r>
    </w:p>
    <w:p w14:paraId="17A782C3" w14:textId="15149226" w:rsidR="004C26FE" w:rsidRDefault="00061C12">
      <w:pPr>
        <w:spacing w:after="80"/>
      </w:pPr>
      <w:r>
        <w:t>G</w:t>
      </w:r>
      <w:r w:rsidR="003B3EE9">
        <w:t xml:space="preserve">as mileage reimbursement </w:t>
      </w:r>
      <w:r>
        <w:t xml:space="preserve">can be submitted </w:t>
      </w:r>
      <w:r w:rsidR="003B3EE9">
        <w:t xml:space="preserve">through the Modivcare App or by using a paper trip log available at www.MyModivcare.com. </w:t>
      </w:r>
      <w:r w:rsidR="00A548E3">
        <w:t>Members</w:t>
      </w:r>
      <w:r w:rsidR="003B3EE9">
        <w:t xml:space="preserve"> can also call Modivcare at (800) 292-7114 for help. </w:t>
      </w:r>
      <w:r w:rsidR="00A548E3">
        <w:t>The</w:t>
      </w:r>
      <w:r w:rsidR="003B3EE9">
        <w:t xml:space="preserve"> medical appointment must be verified before reimbursement can be issued.</w:t>
      </w:r>
    </w:p>
    <w:p w14:paraId="10502C50" w14:textId="77777777" w:rsidR="004C26FE" w:rsidRDefault="003B3EE9">
      <w:pPr>
        <w:pStyle w:val="Heading2"/>
        <w:spacing w:before="160" w:after="40"/>
      </w:pPr>
      <w:r>
        <w:t>What if I need to request gas mileage reimbursement after my appointment?</w:t>
      </w:r>
    </w:p>
    <w:p w14:paraId="6EC0B8C0" w14:textId="51376817" w:rsidR="004C26FE" w:rsidRDefault="003B3EE9">
      <w:pPr>
        <w:spacing w:after="80"/>
      </w:pPr>
      <w:r>
        <w:t xml:space="preserve">Gas mileage reimbursement requests may be submitted up to 30 days after the trip. </w:t>
      </w:r>
      <w:r w:rsidR="00A548E3">
        <w:t>The member</w:t>
      </w:r>
      <w:r>
        <w:t xml:space="preserve"> will still need the required trip ID(s) provided by Modivcare and a completed paper trip log, including the required signature, before reimbursement can be processed. Call Modivcare at (800) 292-7114 if you need help with the process.</w:t>
      </w:r>
    </w:p>
    <w:p w14:paraId="727C86B9" w14:textId="77777777" w:rsidR="004C26FE" w:rsidRDefault="003B3EE9">
      <w:pPr>
        <w:pStyle w:val="Heading2"/>
        <w:spacing w:before="160" w:after="40"/>
      </w:pPr>
      <w:r>
        <w:t>What if my appointment is canceled or changed?</w:t>
      </w:r>
    </w:p>
    <w:p w14:paraId="2E49537B" w14:textId="555D90F9" w:rsidR="004C26FE" w:rsidRDefault="00685BA5">
      <w:pPr>
        <w:spacing w:after="80"/>
      </w:pPr>
      <w:r>
        <w:t>Members should</w:t>
      </w:r>
      <w:r w:rsidR="003B3EE9">
        <w:t xml:space="preserve"> call Modivcare as soon as </w:t>
      </w:r>
      <w:r>
        <w:t>they</w:t>
      </w:r>
      <w:r w:rsidR="003B3EE9">
        <w:t xml:space="preserve"> can, or at least one day before </w:t>
      </w:r>
      <w:r>
        <w:t>the</w:t>
      </w:r>
      <w:r w:rsidR="003B3EE9">
        <w:t xml:space="preserve"> ride, at (800) 292-7114.</w:t>
      </w:r>
    </w:p>
    <w:p w14:paraId="4E145B4B" w14:textId="77777777" w:rsidR="004C26FE" w:rsidRDefault="003B3EE9">
      <w:pPr>
        <w:pStyle w:val="Heading2"/>
        <w:spacing w:before="160" w:after="40"/>
      </w:pPr>
      <w:r>
        <w:t>What if my transportation is delayed?</w:t>
      </w:r>
    </w:p>
    <w:p w14:paraId="7DFF1C44" w14:textId="018F8B4F" w:rsidR="004C26FE" w:rsidRDefault="003B3EE9">
      <w:pPr>
        <w:spacing w:after="80"/>
      </w:pPr>
      <w:r>
        <w:t xml:space="preserve">Call </w:t>
      </w:r>
      <w:r w:rsidR="00B216C6">
        <w:t>Modivcare</w:t>
      </w:r>
      <w:r>
        <w:t xml:space="preserve"> at (800) 292-7114</w:t>
      </w:r>
      <w:r w:rsidR="00B216C6">
        <w:t xml:space="preserve"> and select the ride assist option </w:t>
      </w:r>
      <w:r>
        <w:t xml:space="preserve">for help with </w:t>
      </w:r>
      <w:r w:rsidR="000C7C81">
        <w:t>the</w:t>
      </w:r>
      <w:r>
        <w:t xml:space="preserve"> ride.</w:t>
      </w:r>
    </w:p>
    <w:p w14:paraId="3EEC5C9B" w14:textId="77777777" w:rsidR="004C26FE" w:rsidRDefault="003B3EE9">
      <w:pPr>
        <w:pStyle w:val="Heading2"/>
        <w:spacing w:before="160" w:after="40"/>
      </w:pPr>
      <w:r>
        <w:t>What if I do not know when my appointment will end?</w:t>
      </w:r>
    </w:p>
    <w:p w14:paraId="71779839" w14:textId="21B3E429" w:rsidR="00D94F5A" w:rsidRPr="00D94F5A" w:rsidRDefault="00D94F5A" w:rsidP="00D94F5A">
      <w:r w:rsidRPr="00D94F5A">
        <w:t xml:space="preserve">Let Modivcare know when </w:t>
      </w:r>
      <w:r w:rsidR="000C5311">
        <w:t>the ride is scheduled</w:t>
      </w:r>
      <w:r w:rsidRPr="00D94F5A">
        <w:t xml:space="preserve">. A return ride may be arranged as a will-call if </w:t>
      </w:r>
      <w:r w:rsidR="000C5311">
        <w:t>the member is unsure</w:t>
      </w:r>
      <w:r w:rsidRPr="00D94F5A">
        <w:t xml:space="preserve"> what time </w:t>
      </w:r>
      <w:r w:rsidR="0043680E">
        <w:t>the</w:t>
      </w:r>
      <w:r w:rsidRPr="00D94F5A">
        <w:t xml:space="preserve"> appointment will end. When </w:t>
      </w:r>
      <w:r w:rsidR="0043680E">
        <w:t>the member is</w:t>
      </w:r>
      <w:r w:rsidRPr="00D94F5A">
        <w:t xml:space="preserve"> ready to leave, </w:t>
      </w:r>
      <w:r w:rsidR="0043680E">
        <w:t>they</w:t>
      </w:r>
      <w:r w:rsidRPr="00D94F5A">
        <w:t xml:space="preserve"> can:</w:t>
      </w:r>
    </w:p>
    <w:p w14:paraId="1417A7CA" w14:textId="77777777" w:rsidR="00D94F5A" w:rsidRPr="00D94F5A" w:rsidRDefault="00D94F5A" w:rsidP="00D94F5A">
      <w:pPr>
        <w:pStyle w:val="ListParagraph"/>
        <w:numPr>
          <w:ilvl w:val="0"/>
          <w:numId w:val="10"/>
        </w:numPr>
        <w:spacing w:before="240"/>
      </w:pPr>
      <w:r w:rsidRPr="00D94F5A">
        <w:t>Call Modivcare at (800) 292-7114 and select Ride Assist</w:t>
      </w:r>
    </w:p>
    <w:p w14:paraId="6A8CA534" w14:textId="77777777" w:rsidR="00D94F5A" w:rsidRPr="00D94F5A" w:rsidRDefault="00D94F5A" w:rsidP="00D94F5A">
      <w:pPr>
        <w:pStyle w:val="ListParagraph"/>
        <w:numPr>
          <w:ilvl w:val="0"/>
          <w:numId w:val="10"/>
        </w:numPr>
      </w:pPr>
      <w:r w:rsidRPr="00D94F5A">
        <w:t>Say “Will Call” in the automated phone system</w:t>
      </w:r>
    </w:p>
    <w:p w14:paraId="215212A4" w14:textId="37F5A28C" w:rsidR="00D94F5A" w:rsidRPr="00D94F5A" w:rsidRDefault="00D94F5A" w:rsidP="00D94F5A">
      <w:pPr>
        <w:pStyle w:val="ListParagraph"/>
        <w:numPr>
          <w:ilvl w:val="0"/>
          <w:numId w:val="10"/>
        </w:numPr>
      </w:pPr>
      <w:r w:rsidRPr="00D94F5A">
        <w:t>Use the Modivcare mobile app or text message link, if available</w:t>
      </w:r>
    </w:p>
    <w:p w14:paraId="086FFA4C" w14:textId="2266DE37" w:rsidR="00D94F5A" w:rsidRDefault="00D94F5A" w:rsidP="00D94F5A">
      <w:pPr>
        <w:spacing w:before="240"/>
        <w:rPr>
          <w:b/>
          <w:bCs/>
        </w:rPr>
      </w:pPr>
      <w:r w:rsidRPr="00D94F5A">
        <w:t xml:space="preserve">Once </w:t>
      </w:r>
      <w:r w:rsidR="0043680E">
        <w:t>the</w:t>
      </w:r>
      <w:r w:rsidRPr="00D94F5A">
        <w:t xml:space="preserve"> will-call is activated, Modivcare will begin coordinating </w:t>
      </w:r>
      <w:r w:rsidR="0043680E">
        <w:t>the</w:t>
      </w:r>
      <w:r w:rsidRPr="00D94F5A">
        <w:t xml:space="preserve"> return ride.</w:t>
      </w:r>
    </w:p>
    <w:p w14:paraId="5E01FF56" w14:textId="07A2B7C0" w:rsidR="004C26FE" w:rsidRDefault="003B3EE9" w:rsidP="00D94F5A">
      <w:pPr>
        <w:pStyle w:val="Heading2"/>
        <w:spacing w:before="160" w:after="40"/>
      </w:pPr>
      <w:r>
        <w:t>Can I bring my wheelchair?</w:t>
      </w:r>
    </w:p>
    <w:p w14:paraId="0DAD7537" w14:textId="7C7F4209" w:rsidR="004C26FE" w:rsidRDefault="003B3EE9">
      <w:pPr>
        <w:spacing w:after="80"/>
      </w:pPr>
      <w:r>
        <w:t xml:space="preserve">Yes. If </w:t>
      </w:r>
      <w:r w:rsidR="001A0B20">
        <w:t>the member</w:t>
      </w:r>
      <w:r>
        <w:t xml:space="preserve"> use</w:t>
      </w:r>
      <w:r w:rsidR="001A0B20">
        <w:t>s</w:t>
      </w:r>
      <w:r>
        <w:t xml:space="preserve"> a wheelchair, tell Modivcare when </w:t>
      </w:r>
      <w:r w:rsidR="001A0B20">
        <w:t>the ride is</w:t>
      </w:r>
      <w:r>
        <w:t xml:space="preserve"> schedule</w:t>
      </w:r>
      <w:r w:rsidR="001A0B20">
        <w:t>d</w:t>
      </w:r>
      <w:r>
        <w:t xml:space="preserve"> so the appropriate vehicle can be arranged. </w:t>
      </w:r>
      <w:r w:rsidR="001A0B20">
        <w:t>The member</w:t>
      </w:r>
      <w:r>
        <w:t xml:space="preserve"> must provide </w:t>
      </w:r>
      <w:r w:rsidR="001A0B20">
        <w:t>their</w:t>
      </w:r>
      <w:r>
        <w:t xml:space="preserve"> own wheelchair.</w:t>
      </w:r>
    </w:p>
    <w:p w14:paraId="527672D4" w14:textId="77777777" w:rsidR="004C26FE" w:rsidRDefault="003B3EE9">
      <w:pPr>
        <w:pStyle w:val="Heading2"/>
        <w:spacing w:before="160" w:after="40"/>
      </w:pPr>
      <w:r>
        <w:t>Can someone ride with me?</w:t>
      </w:r>
    </w:p>
    <w:p w14:paraId="25202388" w14:textId="42BFE56B" w:rsidR="004C26FE" w:rsidRDefault="003B3EE9">
      <w:pPr>
        <w:spacing w:after="80"/>
      </w:pPr>
      <w:r>
        <w:t xml:space="preserve">An escort or attendant may be allowed when needed to safely assist </w:t>
      </w:r>
      <w:r w:rsidR="001A0B20">
        <w:t>members</w:t>
      </w:r>
      <w:r>
        <w:t xml:space="preserve"> during transportation. Let Modivcare know when </w:t>
      </w:r>
      <w:r w:rsidR="001A0B20">
        <w:t xml:space="preserve">the ride is </w:t>
      </w:r>
      <w:r>
        <w:t xml:space="preserve"> schedule</w:t>
      </w:r>
      <w:r w:rsidR="001A0B20">
        <w:t>d</w:t>
      </w:r>
      <w:r>
        <w:t xml:space="preserve"> </w:t>
      </w:r>
      <w:r w:rsidR="00E11FA0">
        <w:t>if</w:t>
      </w:r>
      <w:r>
        <w:t xml:space="preserve"> </w:t>
      </w:r>
      <w:r w:rsidR="00E11FA0">
        <w:t>the member</w:t>
      </w:r>
      <w:r>
        <w:t xml:space="preserve"> need</w:t>
      </w:r>
      <w:r w:rsidR="00E11FA0">
        <w:t>s</w:t>
      </w:r>
      <w:r>
        <w:t xml:space="preserve"> someone to travel with </w:t>
      </w:r>
      <w:r w:rsidR="00E11FA0">
        <w:t>them</w:t>
      </w:r>
      <w:r>
        <w:t>.</w:t>
      </w:r>
    </w:p>
    <w:p w14:paraId="5CFFDD30" w14:textId="77777777" w:rsidR="004C26FE" w:rsidRDefault="003B3EE9">
      <w:pPr>
        <w:pStyle w:val="Heading2"/>
        <w:spacing w:before="160" w:after="40"/>
      </w:pPr>
      <w:r>
        <w:t>What about child safety seats?</w:t>
      </w:r>
    </w:p>
    <w:p w14:paraId="5ED570E6" w14:textId="56D10480" w:rsidR="004C26FE" w:rsidRDefault="00E11FA0">
      <w:pPr>
        <w:spacing w:after="80"/>
      </w:pPr>
      <w:r>
        <w:t>Members</w:t>
      </w:r>
      <w:r w:rsidR="003B3EE9">
        <w:t xml:space="preserve"> are responsible for providing the appropriate child safety seat when one is required. The safety seat must be available at the time of pickup for the child to be transported.</w:t>
      </w:r>
    </w:p>
    <w:p w14:paraId="3D590810" w14:textId="77777777" w:rsidR="004C26FE" w:rsidRDefault="003B3EE9">
      <w:pPr>
        <w:pStyle w:val="Heading2"/>
        <w:spacing w:before="160" w:after="40"/>
      </w:pPr>
      <w:r>
        <w:t>What if I need help in another language?</w:t>
      </w:r>
    </w:p>
    <w:p w14:paraId="1B9725DB" w14:textId="2C7E6CF8" w:rsidR="004C26FE" w:rsidRDefault="003B3EE9">
      <w:pPr>
        <w:spacing w:after="80"/>
      </w:pPr>
      <w:r>
        <w:t xml:space="preserve">Language assistance is available. Let the Modivcare representative know which language </w:t>
      </w:r>
      <w:r w:rsidR="00E11FA0">
        <w:t>is</w:t>
      </w:r>
      <w:r>
        <w:t xml:space="preserve"> prefer</w:t>
      </w:r>
      <w:r w:rsidR="00E11FA0">
        <w:t>red</w:t>
      </w:r>
      <w:r>
        <w:t xml:space="preserve"> when </w:t>
      </w:r>
      <w:r w:rsidR="00E11FA0">
        <w:t>calling</w:t>
      </w:r>
      <w:r>
        <w:t>.</w:t>
      </w:r>
    </w:p>
    <w:p w14:paraId="10940672" w14:textId="77777777" w:rsidR="004C26FE" w:rsidRDefault="003B3EE9">
      <w:pPr>
        <w:pStyle w:val="Heading2"/>
        <w:spacing w:before="160" w:after="40"/>
      </w:pPr>
      <w:r>
        <w:t>What if I am deaf or hard of hearing?</w:t>
      </w:r>
    </w:p>
    <w:p w14:paraId="19C80C9F" w14:textId="77777777" w:rsidR="004C26FE" w:rsidRDefault="003B3EE9">
      <w:pPr>
        <w:spacing w:after="80"/>
      </w:pPr>
      <w:r>
        <w:t>Dial 711 for TTY relay assistance.</w:t>
      </w:r>
    </w:p>
    <w:p w14:paraId="2A98F4FF" w14:textId="77777777" w:rsidR="004C26FE" w:rsidRDefault="003B3EE9">
      <w:pPr>
        <w:pStyle w:val="Heading2"/>
        <w:spacing w:before="160" w:after="40"/>
      </w:pPr>
      <w:r>
        <w:lastRenderedPageBreak/>
        <w:t>How can I file a complaint about my transportation?</w:t>
      </w:r>
    </w:p>
    <w:p w14:paraId="48FBAE2E" w14:textId="7A01CE7C" w:rsidR="004C26FE" w:rsidRDefault="003B3EE9">
      <w:pPr>
        <w:spacing w:after="80"/>
      </w:pPr>
      <w:r>
        <w:t xml:space="preserve">Call Modivcare at (800) 292-7114 to report a concern or complaint about </w:t>
      </w:r>
      <w:r w:rsidR="00E11FA0">
        <w:t>the</w:t>
      </w:r>
      <w:r>
        <w:t xml:space="preserve"> transportation. Modivcare will document and review </w:t>
      </w:r>
      <w:r w:rsidR="006F4829">
        <w:t>the</w:t>
      </w:r>
      <w:r>
        <w:t xml:space="preserve"> concern. If </w:t>
      </w:r>
      <w:r w:rsidR="006F4829">
        <w:t>a member</w:t>
      </w:r>
      <w:r>
        <w:t xml:space="preserve"> need</w:t>
      </w:r>
      <w:r w:rsidR="006F4829">
        <w:t>s</w:t>
      </w:r>
      <w:r>
        <w:t xml:space="preserve"> immediate help with a current ride, call </w:t>
      </w:r>
      <w:r w:rsidR="00D94F5A">
        <w:t xml:space="preserve">Modivcare at </w:t>
      </w:r>
      <w:r>
        <w:t>(800) 292-7114.</w:t>
      </w:r>
    </w:p>
    <w:p w14:paraId="7A5608DA" w14:textId="77777777" w:rsidR="004C26FE" w:rsidRDefault="003B3EE9">
      <w:pPr>
        <w:pStyle w:val="Heading2"/>
        <w:spacing w:before="160" w:after="40"/>
      </w:pPr>
      <w:r>
        <w:t>What if I have a medical emergency?</w:t>
      </w:r>
    </w:p>
    <w:p w14:paraId="519E93D9" w14:textId="77777777" w:rsidR="004C26FE" w:rsidRDefault="003B3EE9">
      <w:pPr>
        <w:spacing w:after="80"/>
      </w:pPr>
      <w:r>
        <w:t>For a medical emergency, call 911. Modivcare provides non-emergency medical transportation and does not provide emergency transportation.</w:t>
      </w:r>
    </w:p>
    <w:sectPr w:rsidR="004C26FE" w:rsidSect="00034616">
      <w:footerReference w:type="default" r:id="rId15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ell, Kelsey" w:date="2026-08-31T15:43:00Z" w:initials="KB">
    <w:p w14:paraId="6B4C06A3" w14:textId="77777777" w:rsidR="009C0221" w:rsidRDefault="009C0221" w:rsidP="009C0221">
      <w:pPr>
        <w:pStyle w:val="CommentText"/>
      </w:pPr>
      <w:r>
        <w:rPr>
          <w:rStyle w:val="CommentReference"/>
        </w:rPr>
        <w:annotationRef/>
      </w:r>
      <w:r>
        <w:t>Please make all of the fonts the same.</w:t>
      </w:r>
    </w:p>
  </w:comment>
  <w:comment w:id="1" w:author="Bell, Kelsey" w:date="2026-08-31T15:43:00Z" w:initials="KB">
    <w:p w14:paraId="7AE3FB68" w14:textId="77777777" w:rsidR="00055EEF" w:rsidRDefault="00055EEF" w:rsidP="00055EEF">
      <w:pPr>
        <w:pStyle w:val="CommentText"/>
      </w:pPr>
      <w:r>
        <w:rPr>
          <w:rStyle w:val="CommentReference"/>
        </w:rPr>
        <w:annotationRef/>
      </w:r>
      <w:r>
        <w:t>And be consistent on sizing</w:t>
      </w:r>
    </w:p>
  </w:comment>
  <w:comment w:id="2" w:author="Evans, Bridget" w:date="2026-08-27T10:29:00Z" w:initials="BE">
    <w:p w14:paraId="358339C7" w14:textId="77777777" w:rsidR="009436F3" w:rsidRDefault="009436F3" w:rsidP="009436F3">
      <w:pPr>
        <w:pStyle w:val="CommentText"/>
      </w:pPr>
      <w:r>
        <w:rPr>
          <w:rStyle w:val="CommentReference"/>
        </w:rPr>
        <w:annotationRef/>
      </w:r>
      <w:r>
        <w:t>Do we want to put anything about the mileage limits on here 100/200?</w:t>
      </w:r>
    </w:p>
  </w:comment>
  <w:comment w:id="3" w:author="Bell, Kelsey" w:date="2026-08-31T15:45:00Z" w:initials="KB">
    <w:p w14:paraId="54934A06" w14:textId="77777777" w:rsidR="00C47DEE" w:rsidRDefault="00C47DEE" w:rsidP="00C47DEE">
      <w:pPr>
        <w:pStyle w:val="CommentText"/>
      </w:pPr>
      <w:r>
        <w:rPr>
          <w:rStyle w:val="CommentReference"/>
        </w:rPr>
        <w:annotationRef/>
      </w:r>
      <w:r>
        <w:t>I don’t think so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4C06A3" w15:done="1"/>
  <w15:commentEx w15:paraId="7AE3FB68" w15:paraIdParent="6B4C06A3" w15:done="1"/>
  <w15:commentEx w15:paraId="358339C7" w15:done="1"/>
  <w15:commentEx w15:paraId="54934A06" w15:paraIdParent="358339C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860013E" w16cex:dateUtc="2026-08-31T21:43:00Z"/>
  <w16cex:commentExtensible w16cex:durableId="388B2591" w16cex:dateUtc="2026-08-31T21:43:00Z"/>
  <w16cex:commentExtensible w16cex:durableId="0419B788" w16cex:dateUtc="2026-08-27T16:29:00Z"/>
  <w16cex:commentExtensible w16cex:durableId="003C03CF" w16cex:dateUtc="2026-08-31T21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4C06A3" w16cid:durableId="1860013E"/>
  <w16cid:commentId w16cid:paraId="7AE3FB68" w16cid:durableId="388B2591"/>
  <w16cid:commentId w16cid:paraId="358339C7" w16cid:durableId="0419B788"/>
  <w16cid:commentId w16cid:paraId="54934A06" w16cid:durableId="003C03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A99EC" w14:textId="77777777" w:rsidR="00B0234B" w:rsidRDefault="00B0234B">
      <w:pPr>
        <w:spacing w:after="0" w:line="240" w:lineRule="auto"/>
      </w:pPr>
      <w:r>
        <w:separator/>
      </w:r>
    </w:p>
  </w:endnote>
  <w:endnote w:type="continuationSeparator" w:id="0">
    <w:p w14:paraId="6CED99DB" w14:textId="77777777" w:rsidR="00B0234B" w:rsidRDefault="00B0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AC3EC" w14:textId="77777777" w:rsidR="004C26FE" w:rsidRDefault="003B3EE9">
    <w:pPr>
      <w:pStyle w:val="Footer"/>
      <w:jc w:val="center"/>
    </w:pPr>
    <w:r>
      <w:rPr>
        <w:color w:val="757575"/>
        <w:sz w:val="16"/>
      </w:rPr>
      <w:t>Montana Medicaid Member Webpage FAQ | For State Review and Approval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9437F" w14:textId="77777777" w:rsidR="00B0234B" w:rsidRDefault="00B0234B">
      <w:pPr>
        <w:spacing w:after="0" w:line="240" w:lineRule="auto"/>
      </w:pPr>
      <w:r>
        <w:separator/>
      </w:r>
    </w:p>
  </w:footnote>
  <w:footnote w:type="continuationSeparator" w:id="0">
    <w:p w14:paraId="6CC47E3C" w14:textId="77777777" w:rsidR="00B0234B" w:rsidRDefault="00B02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1B5CF1"/>
    <w:multiLevelType w:val="hybridMultilevel"/>
    <w:tmpl w:val="9F507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706993">
    <w:abstractNumId w:val="8"/>
  </w:num>
  <w:num w:numId="2" w16cid:durableId="1785033800">
    <w:abstractNumId w:val="6"/>
  </w:num>
  <w:num w:numId="3" w16cid:durableId="630863805">
    <w:abstractNumId w:val="5"/>
  </w:num>
  <w:num w:numId="4" w16cid:durableId="801994289">
    <w:abstractNumId w:val="4"/>
  </w:num>
  <w:num w:numId="5" w16cid:durableId="1174108971">
    <w:abstractNumId w:val="7"/>
  </w:num>
  <w:num w:numId="6" w16cid:durableId="1124730893">
    <w:abstractNumId w:val="3"/>
  </w:num>
  <w:num w:numId="7" w16cid:durableId="169416290">
    <w:abstractNumId w:val="2"/>
  </w:num>
  <w:num w:numId="8" w16cid:durableId="1153639655">
    <w:abstractNumId w:val="1"/>
  </w:num>
  <w:num w:numId="9" w16cid:durableId="445272467">
    <w:abstractNumId w:val="0"/>
  </w:num>
  <w:num w:numId="10" w16cid:durableId="15468737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ll, Kelsey">
    <w15:presenceInfo w15:providerId="AD" w15:userId="S::CS7756@mt.gov::2c9dc6b9-80cd-468e-90ad-63167e554615"/>
  </w15:person>
  <w15:person w15:author="Evans, Bridget">
    <w15:presenceInfo w15:providerId="AD" w15:userId="S::CSN729@mt.gov::91a6b156-cc6f-4b19-8be6-e2ea332d1f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EEF"/>
    <w:rsid w:val="0006063C"/>
    <w:rsid w:val="00061C12"/>
    <w:rsid w:val="000922CD"/>
    <w:rsid w:val="000B2E38"/>
    <w:rsid w:val="000C5311"/>
    <w:rsid w:val="000C7C81"/>
    <w:rsid w:val="00123CBE"/>
    <w:rsid w:val="0015074B"/>
    <w:rsid w:val="001A0B20"/>
    <w:rsid w:val="001A174C"/>
    <w:rsid w:val="002553AD"/>
    <w:rsid w:val="0029639D"/>
    <w:rsid w:val="002E66A4"/>
    <w:rsid w:val="00326F90"/>
    <w:rsid w:val="00371A3F"/>
    <w:rsid w:val="00376BFE"/>
    <w:rsid w:val="003B3EE9"/>
    <w:rsid w:val="003F0B70"/>
    <w:rsid w:val="00432260"/>
    <w:rsid w:val="0043680E"/>
    <w:rsid w:val="004532C4"/>
    <w:rsid w:val="004C26FE"/>
    <w:rsid w:val="004F2050"/>
    <w:rsid w:val="00500AA4"/>
    <w:rsid w:val="005820CA"/>
    <w:rsid w:val="00596EA4"/>
    <w:rsid w:val="00685BA5"/>
    <w:rsid w:val="006F4829"/>
    <w:rsid w:val="007710F8"/>
    <w:rsid w:val="00774F9E"/>
    <w:rsid w:val="007E755D"/>
    <w:rsid w:val="0085634F"/>
    <w:rsid w:val="008808F2"/>
    <w:rsid w:val="009436F3"/>
    <w:rsid w:val="009615E6"/>
    <w:rsid w:val="00967A81"/>
    <w:rsid w:val="009C0221"/>
    <w:rsid w:val="00A37484"/>
    <w:rsid w:val="00A548E3"/>
    <w:rsid w:val="00AA1D8D"/>
    <w:rsid w:val="00B0234B"/>
    <w:rsid w:val="00B216C6"/>
    <w:rsid w:val="00B42BFB"/>
    <w:rsid w:val="00B47730"/>
    <w:rsid w:val="00BE7EB1"/>
    <w:rsid w:val="00C47DEE"/>
    <w:rsid w:val="00CB0664"/>
    <w:rsid w:val="00CC4392"/>
    <w:rsid w:val="00D12373"/>
    <w:rsid w:val="00D1408F"/>
    <w:rsid w:val="00D331CF"/>
    <w:rsid w:val="00D45696"/>
    <w:rsid w:val="00D94F5A"/>
    <w:rsid w:val="00E11FA0"/>
    <w:rsid w:val="00E20079"/>
    <w:rsid w:val="00E476B8"/>
    <w:rsid w:val="00ED7102"/>
    <w:rsid w:val="00F11662"/>
    <w:rsid w:val="00F16712"/>
    <w:rsid w:val="00F61EF5"/>
    <w:rsid w:val="00F939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CC3458"/>
  <w14:defaultImageDpi w14:val="300"/>
  <w15:docId w15:val="{2FB1687E-D23F-4581-AEFA-465B6C8B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376BFE"/>
    <w:pPr>
      <w:spacing w:after="0" w:line="240" w:lineRule="auto"/>
    </w:pPr>
    <w:rPr>
      <w:rFonts w:ascii="Arial" w:eastAsia="Arial" w:hAnsi="Arial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436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36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36F3"/>
    <w:rPr>
      <w:rFonts w:ascii="Arial" w:eastAsia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6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6F3"/>
    <w:rPr>
      <w:rFonts w:ascii="Arial" w:eastAsia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68cec6b-3b3d-4116-b07e-ea008e76e92b" xsi:nil="true"/>
    <lcf76f155ced4ddcb4097134ff3c332f xmlns="573bd00d-47b1-4a1d-9e84-3076222acd3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36C734BDCFD546AE34E5866F837716" ma:contentTypeVersion="15" ma:contentTypeDescription="Create a new document." ma:contentTypeScope="" ma:versionID="704e7dfca4e5201fbb365eebe5765b33">
  <xsd:schema xmlns:xsd="http://www.w3.org/2001/XMLSchema" xmlns:xs="http://www.w3.org/2001/XMLSchema" xmlns:p="http://schemas.microsoft.com/office/2006/metadata/properties" xmlns:ns1="http://schemas.microsoft.com/sharepoint/v3" xmlns:ns2="573bd00d-47b1-4a1d-9e84-3076222acd3c" xmlns:ns3="668cec6b-3b3d-4116-b07e-ea008e76e92b" targetNamespace="http://schemas.microsoft.com/office/2006/metadata/properties" ma:root="true" ma:fieldsID="2a36310af25a52dfe628af6fc18b84d4" ns1:_="" ns2:_="" ns3:_="">
    <xsd:import namespace="http://schemas.microsoft.com/sharepoint/v3"/>
    <xsd:import namespace="573bd00d-47b1-4a1d-9e84-3076222acd3c"/>
    <xsd:import namespace="668cec6b-3b3d-4116-b07e-ea008e76e9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bd00d-47b1-4a1d-9e84-3076222acd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5ed7e3c-a509-4d5c-98b3-887d36f9ef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cec6b-3b3d-4116-b07e-ea008e76e92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8ca2b4-c32d-4c05-9404-102ad8052557}" ma:internalName="TaxCatchAll" ma:showField="CatchAllData" ma:web="668cec6b-3b3d-4116-b07e-ea008e76e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16650-5FC8-4C29-80AA-3A220E34FDF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8cec6b-3b3d-4116-b07e-ea008e76e92b"/>
    <ds:schemaRef ds:uri="573bd00d-47b1-4a1d-9e84-3076222acd3c"/>
  </ds:schemaRefs>
</ds:datastoreItem>
</file>

<file path=customXml/itemProps2.xml><?xml version="1.0" encoding="utf-8"?>
<ds:datastoreItem xmlns:ds="http://schemas.openxmlformats.org/officeDocument/2006/customXml" ds:itemID="{C479F4FC-ED27-4645-9611-EAE653A83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89266B-E563-4BB0-B4A6-25807ECB0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3bd00d-47b1-4a1d-9e84-3076222acd3c"/>
    <ds:schemaRef ds:uri="668cec6b-3b3d-4116-b07e-ea008e76e9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791</Words>
  <Characters>4791</Characters>
  <Application>Microsoft Office Word</Application>
  <DocSecurity>0</DocSecurity>
  <Lines>281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Jennifer Lujan</cp:lastModifiedBy>
  <cp:revision>2</cp:revision>
  <dcterms:created xsi:type="dcterms:W3CDTF">2026-09-01T16:31:00Z</dcterms:created>
  <dcterms:modified xsi:type="dcterms:W3CDTF">2026-09-01T16:31:00Z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0x010100AF36C734BDCFD546AE34E5866F837716</vt:lpwstr>
  </property>
  <property fmtid="{D5CDD505-2E9C-101B-9397-08002B2CF9AE}" pid="3" name="MediaServiceImageTags">
    <vt:lpwstr/>
  </property>
</Properties>
</file>